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3: Solids, Liquids, and Gases</w:t>
      </w:r>
    </w:p>
    <w:p>
      <w:pPr>
        <w:spacing w:after="200"/>
        <w:jc w:val="center"/>
      </w:pPr>
      <w:r>
        <w:rPr>
          <w:b w:val="0"/>
          <w:i/>
          <w:sz w:val="20"/>
        </w:rPr>
        <w:t>5/6 Science  -  Matter and the Particle Model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Complete: A solid has a fixed ____ and a fixed ____.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Classify: juice, steam, a rock. Write solid, liquid, or gas.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Is oobleck a solid or a liquid? Use evidence from today.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tell solids, liquids, and gases apart.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